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D395" w14:textId="77777777" w:rsidR="006F21B1" w:rsidRDefault="0048456A">
      <w:pPr>
        <w:jc w:val="center"/>
      </w:pPr>
      <w:proofErr w:type="spellStart"/>
      <w:r>
        <w:rPr>
          <w:b/>
          <w:sz w:val="40"/>
        </w:rPr>
        <w:t>Årsrapport</w:t>
      </w:r>
      <w:proofErr w:type="spellEnd"/>
      <w:r>
        <w:rPr>
          <w:b/>
          <w:sz w:val="40"/>
        </w:rPr>
        <w:t xml:space="preserve"> 2025</w:t>
      </w:r>
      <w:r>
        <w:rPr>
          <w:b/>
          <w:sz w:val="40"/>
        </w:rPr>
        <w:br/>
      </w:r>
      <w:proofErr w:type="spellStart"/>
      <w:r>
        <w:rPr>
          <w:b/>
          <w:sz w:val="40"/>
        </w:rPr>
        <w:t>Ljunghusens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Vägförening</w:t>
      </w:r>
      <w:proofErr w:type="spellEnd"/>
      <w:r>
        <w:rPr>
          <w:b/>
          <w:sz w:val="40"/>
        </w:rPr>
        <w:t xml:space="preserve"> GA3</w:t>
      </w:r>
    </w:p>
    <w:p w14:paraId="5D8EC515" w14:textId="77777777" w:rsidR="006F21B1" w:rsidRDefault="006F21B1"/>
    <w:p w14:paraId="492B9B2F" w14:textId="77777777" w:rsidR="006F21B1" w:rsidRDefault="0048456A">
      <w:r>
        <w:t xml:space="preserve">Denna rapport </w:t>
      </w:r>
      <w:proofErr w:type="spellStart"/>
      <w:r>
        <w:t>sammanfattar</w:t>
      </w:r>
      <w:proofErr w:type="spellEnd"/>
      <w:r>
        <w:t xml:space="preserve"> </w:t>
      </w:r>
      <w:proofErr w:type="spellStart"/>
      <w:r>
        <w:t>verksamheten</w:t>
      </w:r>
      <w:proofErr w:type="spellEnd"/>
      <w:r>
        <w:t xml:space="preserve"> 2025 för </w:t>
      </w:r>
      <w:proofErr w:type="spellStart"/>
      <w:r>
        <w:t>Ljunghusens</w:t>
      </w:r>
      <w:proofErr w:type="spellEnd"/>
      <w:r>
        <w:t xml:space="preserve"> </w:t>
      </w:r>
      <w:proofErr w:type="spellStart"/>
      <w:r>
        <w:t>Vägförening</w:t>
      </w:r>
      <w:proofErr w:type="spellEnd"/>
      <w:r>
        <w:t xml:space="preserve"> GA3.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legat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trafiksäkerhet</w:t>
      </w:r>
      <w:proofErr w:type="spellEnd"/>
      <w:r>
        <w:t xml:space="preserve">, </w:t>
      </w:r>
      <w:proofErr w:type="spellStart"/>
      <w:r>
        <w:t>underhåll</w:t>
      </w:r>
      <w:proofErr w:type="spellEnd"/>
      <w:r>
        <w:t xml:space="preserve"> av </w:t>
      </w:r>
      <w:proofErr w:type="spellStart"/>
      <w:r>
        <w:t>vägar</w:t>
      </w:r>
      <w:proofErr w:type="spellEnd"/>
      <w:r>
        <w:t xml:space="preserve"> och </w:t>
      </w:r>
      <w:proofErr w:type="spellStart"/>
      <w:r>
        <w:t>grönområden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samverkan</w:t>
      </w:r>
      <w:proofErr w:type="spellEnd"/>
      <w:r>
        <w:t xml:space="preserve"> med </w:t>
      </w:r>
      <w:proofErr w:type="spellStart"/>
      <w:r>
        <w:t>fastighetsägare</w:t>
      </w:r>
      <w:proofErr w:type="spellEnd"/>
      <w:r>
        <w:t xml:space="preserve"> och </w:t>
      </w:r>
      <w:proofErr w:type="spellStart"/>
      <w:r>
        <w:t>kommun</w:t>
      </w:r>
      <w:proofErr w:type="spellEnd"/>
      <w:r>
        <w:t>.</w:t>
      </w:r>
    </w:p>
    <w:p w14:paraId="28ED2AC6" w14:textId="77777777" w:rsidR="006F21B1" w:rsidRDefault="006F21B1"/>
    <w:p w14:paraId="2D8EB975" w14:textId="77777777" w:rsidR="006F21B1" w:rsidRDefault="0048456A">
      <w:proofErr w:type="spellStart"/>
      <w:r>
        <w:rPr>
          <w:b/>
          <w:sz w:val="28"/>
        </w:rPr>
        <w:t>Styrelse</w:t>
      </w:r>
      <w:proofErr w:type="spellEnd"/>
      <w:r>
        <w:rPr>
          <w:b/>
          <w:sz w:val="28"/>
        </w:rPr>
        <w:t xml:space="preserve"> och </w:t>
      </w:r>
      <w:proofErr w:type="spellStart"/>
      <w:r>
        <w:rPr>
          <w:b/>
          <w:sz w:val="28"/>
        </w:rPr>
        <w:t>möten</w:t>
      </w:r>
      <w:proofErr w:type="spellEnd"/>
    </w:p>
    <w:p w14:paraId="576D9AF0" w14:textId="77777777" w:rsidR="006F21B1" w:rsidRDefault="0048456A">
      <w:pPr>
        <w:pStyle w:val="Punktlista"/>
      </w:pPr>
      <w:proofErr w:type="spellStart"/>
      <w:r>
        <w:t>Styrelsemöten</w:t>
      </w:r>
      <w:proofErr w:type="spellEnd"/>
      <w:r>
        <w:t>: 11/3, 6/5, 27/5, 28/8, 20/10, 25/11</w:t>
      </w:r>
    </w:p>
    <w:p w14:paraId="22DDD66F" w14:textId="77777777" w:rsidR="006F21B1" w:rsidRDefault="0048456A">
      <w:proofErr w:type="spellStart"/>
      <w:r>
        <w:rPr>
          <w:b/>
          <w:sz w:val="28"/>
        </w:rPr>
        <w:t>Trafiksäkerhet</w:t>
      </w:r>
      <w:proofErr w:type="spellEnd"/>
      <w:r>
        <w:rPr>
          <w:b/>
          <w:sz w:val="28"/>
        </w:rPr>
        <w:t xml:space="preserve"> och </w:t>
      </w:r>
      <w:proofErr w:type="spellStart"/>
      <w:r>
        <w:rPr>
          <w:b/>
          <w:sz w:val="28"/>
        </w:rPr>
        <w:t>åtgärder</w:t>
      </w:r>
      <w:proofErr w:type="spellEnd"/>
    </w:p>
    <w:p w14:paraId="337833B8" w14:textId="77777777" w:rsidR="006F21B1" w:rsidRDefault="0048456A">
      <w:pPr>
        <w:pStyle w:val="Punktlista"/>
      </w:pPr>
      <w:r>
        <w:t xml:space="preserve">Inskränkningsskydd </w:t>
      </w:r>
      <w:proofErr w:type="spellStart"/>
      <w:r>
        <w:t>Vikensvägen</w:t>
      </w:r>
      <w:proofErr w:type="spellEnd"/>
      <w:r>
        <w:t xml:space="preserve"> 5–7</w:t>
      </w:r>
    </w:p>
    <w:p w14:paraId="2564FA0E" w14:textId="77777777" w:rsidR="006F21B1" w:rsidRDefault="0048456A">
      <w:pPr>
        <w:pStyle w:val="Punktlista"/>
      </w:pPr>
      <w:proofErr w:type="spellStart"/>
      <w:r>
        <w:t>Åtgärder</w:t>
      </w:r>
      <w:proofErr w:type="spellEnd"/>
      <w:r>
        <w:t xml:space="preserve"> mot </w:t>
      </w:r>
      <w:proofErr w:type="spellStart"/>
      <w:r>
        <w:t>felparkeringar</w:t>
      </w:r>
      <w:proofErr w:type="spellEnd"/>
      <w:r>
        <w:t xml:space="preserve"> </w:t>
      </w:r>
      <w:proofErr w:type="spellStart"/>
      <w:r>
        <w:t>Vikensvägen</w:t>
      </w:r>
      <w:proofErr w:type="spellEnd"/>
      <w:r>
        <w:t xml:space="preserve"> 17–25</w:t>
      </w:r>
    </w:p>
    <w:p w14:paraId="2DD9A741" w14:textId="77777777" w:rsidR="006F21B1" w:rsidRDefault="0048456A">
      <w:pPr>
        <w:pStyle w:val="Punktlista"/>
      </w:pPr>
      <w:proofErr w:type="spellStart"/>
      <w:r>
        <w:t>Hastighetsmätarskylt</w:t>
      </w:r>
      <w:proofErr w:type="spellEnd"/>
      <w:r>
        <w:t xml:space="preserve"> </w:t>
      </w:r>
      <w:proofErr w:type="spellStart"/>
      <w:r>
        <w:t>Elvabovägen</w:t>
      </w:r>
      <w:proofErr w:type="spellEnd"/>
    </w:p>
    <w:p w14:paraId="11F23CFC" w14:textId="77777777" w:rsidR="006F21B1" w:rsidRDefault="0048456A">
      <w:pPr>
        <w:pStyle w:val="Punktlista"/>
      </w:pPr>
      <w:proofErr w:type="spellStart"/>
      <w:r>
        <w:t>Inventering</w:t>
      </w:r>
      <w:proofErr w:type="spellEnd"/>
      <w:r>
        <w:t xml:space="preserve"> </w:t>
      </w:r>
      <w:proofErr w:type="spellStart"/>
      <w:r>
        <w:t>hastighetsmätare</w:t>
      </w:r>
      <w:proofErr w:type="spellEnd"/>
      <w:r>
        <w:t xml:space="preserve"> och </w:t>
      </w:r>
      <w:proofErr w:type="spellStart"/>
      <w:r>
        <w:t>batteribyte</w:t>
      </w:r>
      <w:proofErr w:type="spellEnd"/>
    </w:p>
    <w:p w14:paraId="151A5742" w14:textId="77777777" w:rsidR="006F21B1" w:rsidRDefault="0048456A">
      <w:pPr>
        <w:pStyle w:val="Punktlista"/>
      </w:pPr>
      <w:proofErr w:type="spellStart"/>
      <w:r>
        <w:t>Vägspegel</w:t>
      </w:r>
      <w:proofErr w:type="spellEnd"/>
      <w:r>
        <w:t xml:space="preserve"> </w:t>
      </w:r>
      <w:proofErr w:type="spellStart"/>
      <w:r>
        <w:t>Ljungskätersvägen</w:t>
      </w:r>
      <w:proofErr w:type="spellEnd"/>
      <w:r>
        <w:t xml:space="preserve"> – </w:t>
      </w:r>
      <w:proofErr w:type="spellStart"/>
      <w:r>
        <w:t>Mårtensvägen</w:t>
      </w:r>
      <w:proofErr w:type="spellEnd"/>
    </w:p>
    <w:p w14:paraId="7AD52F0C" w14:textId="70AF7711" w:rsidR="00957B36" w:rsidRDefault="00957B36">
      <w:pPr>
        <w:pStyle w:val="Punktlista"/>
      </w:pPr>
      <w:proofErr w:type="spellStart"/>
      <w:r>
        <w:t>Kvalitetskontroll</w:t>
      </w:r>
      <w:proofErr w:type="spellEnd"/>
      <w:r>
        <w:t xml:space="preserve"> </w:t>
      </w:r>
      <w:proofErr w:type="spellStart"/>
      <w:r>
        <w:t>efterinstallationer</w:t>
      </w:r>
      <w:proofErr w:type="spellEnd"/>
      <w:r>
        <w:t xml:space="preserve"> </w:t>
      </w:r>
      <w:proofErr w:type="spellStart"/>
      <w:r>
        <w:t>bredband</w:t>
      </w:r>
      <w:proofErr w:type="spellEnd"/>
    </w:p>
    <w:p w14:paraId="3EFF3945" w14:textId="093BC467" w:rsidR="00957B36" w:rsidRDefault="00957B36">
      <w:pPr>
        <w:pStyle w:val="Punktlista"/>
      </w:pPr>
      <w:proofErr w:type="spellStart"/>
      <w:r>
        <w:t>Kvalitetskontroll</w:t>
      </w:r>
      <w:proofErr w:type="spellEnd"/>
      <w:r>
        <w:t xml:space="preserve"> EON </w:t>
      </w:r>
      <w:proofErr w:type="spellStart"/>
      <w:r>
        <w:t>kabeldragning</w:t>
      </w:r>
      <w:proofErr w:type="spellEnd"/>
    </w:p>
    <w:p w14:paraId="2E922BEF" w14:textId="77777777" w:rsidR="006F21B1" w:rsidRDefault="0048456A">
      <w:proofErr w:type="spellStart"/>
      <w:r>
        <w:rPr>
          <w:b/>
          <w:sz w:val="28"/>
        </w:rPr>
        <w:t>Underhåll</w:t>
      </w:r>
      <w:proofErr w:type="spellEnd"/>
      <w:r>
        <w:rPr>
          <w:b/>
          <w:sz w:val="28"/>
        </w:rPr>
        <w:t xml:space="preserve"> och drift</w:t>
      </w:r>
    </w:p>
    <w:p w14:paraId="38AC4911" w14:textId="77777777" w:rsidR="006F21B1" w:rsidRDefault="0048456A">
      <w:pPr>
        <w:pStyle w:val="Punktlista"/>
      </w:pPr>
      <w:proofErr w:type="spellStart"/>
      <w:r>
        <w:t>Gatsopning</w:t>
      </w:r>
      <w:proofErr w:type="spellEnd"/>
      <w:r>
        <w:t xml:space="preserve"> och </w:t>
      </w:r>
      <w:proofErr w:type="spellStart"/>
      <w:r>
        <w:t>klippning</w:t>
      </w:r>
      <w:proofErr w:type="spellEnd"/>
      <w:r>
        <w:t xml:space="preserve"> av </w:t>
      </w:r>
      <w:proofErr w:type="spellStart"/>
      <w:r>
        <w:t>växtlighet</w:t>
      </w:r>
      <w:proofErr w:type="spellEnd"/>
    </w:p>
    <w:p w14:paraId="447BD177" w14:textId="77777777" w:rsidR="006F21B1" w:rsidRDefault="0048456A">
      <w:pPr>
        <w:pStyle w:val="Punktlista"/>
      </w:pPr>
      <w:proofErr w:type="spellStart"/>
      <w:r>
        <w:t>Underhållsplan</w:t>
      </w:r>
      <w:proofErr w:type="spellEnd"/>
      <w:r>
        <w:t xml:space="preserve"> </w:t>
      </w:r>
      <w:proofErr w:type="spellStart"/>
      <w:r>
        <w:t>asfalt</w:t>
      </w:r>
      <w:proofErr w:type="spellEnd"/>
      <w:r>
        <w:t xml:space="preserve"> </w:t>
      </w:r>
      <w:proofErr w:type="spellStart"/>
      <w:r>
        <w:t>samtliga</w:t>
      </w:r>
      <w:proofErr w:type="spellEnd"/>
      <w:r>
        <w:t xml:space="preserve"> </w:t>
      </w:r>
      <w:proofErr w:type="spellStart"/>
      <w:r>
        <w:t>vägar</w:t>
      </w:r>
      <w:proofErr w:type="spellEnd"/>
    </w:p>
    <w:p w14:paraId="5D1F9639" w14:textId="77777777" w:rsidR="006F21B1" w:rsidRDefault="0048456A">
      <w:pPr>
        <w:pStyle w:val="Punktlista"/>
      </w:pPr>
      <w:r>
        <w:t xml:space="preserve">Reparation av </w:t>
      </w:r>
      <w:proofErr w:type="spellStart"/>
      <w:r>
        <w:t>hål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grusvägar</w:t>
      </w:r>
      <w:proofErr w:type="spellEnd"/>
    </w:p>
    <w:p w14:paraId="1FD2FA4D" w14:textId="77777777" w:rsidR="006F21B1" w:rsidRDefault="0048456A">
      <w:pPr>
        <w:pStyle w:val="Punktlista"/>
      </w:pPr>
      <w:proofErr w:type="spellStart"/>
      <w:r>
        <w:t>Vägkantsrensning</w:t>
      </w:r>
      <w:proofErr w:type="spellEnd"/>
      <w:r>
        <w:t xml:space="preserve"> för </w:t>
      </w:r>
      <w:proofErr w:type="spellStart"/>
      <w:r>
        <w:t>vattenavrinning</w:t>
      </w:r>
      <w:proofErr w:type="spellEnd"/>
    </w:p>
    <w:p w14:paraId="7BD91D88" w14:textId="77777777" w:rsidR="006F21B1" w:rsidRDefault="0048456A">
      <w:pPr>
        <w:pStyle w:val="Punktlista"/>
      </w:pPr>
      <w:proofErr w:type="spellStart"/>
      <w:r>
        <w:t>Slukhål</w:t>
      </w:r>
      <w:proofErr w:type="spellEnd"/>
      <w:r>
        <w:t xml:space="preserve"> </w:t>
      </w:r>
      <w:proofErr w:type="spellStart"/>
      <w:r>
        <w:t>Elvabovägen</w:t>
      </w:r>
      <w:proofErr w:type="spellEnd"/>
      <w:r>
        <w:t xml:space="preserve"> 1 </w:t>
      </w:r>
      <w:proofErr w:type="spellStart"/>
      <w:r>
        <w:t>åtgärdat</w:t>
      </w:r>
      <w:proofErr w:type="spellEnd"/>
    </w:p>
    <w:p w14:paraId="534EE823" w14:textId="77777777" w:rsidR="006F21B1" w:rsidRDefault="0048456A">
      <w:r>
        <w:rPr>
          <w:b/>
          <w:sz w:val="28"/>
        </w:rPr>
        <w:t xml:space="preserve">Projekt och </w:t>
      </w:r>
      <w:proofErr w:type="spellStart"/>
      <w:r>
        <w:rPr>
          <w:b/>
          <w:sz w:val="28"/>
        </w:rPr>
        <w:t>utveckling</w:t>
      </w:r>
      <w:proofErr w:type="spellEnd"/>
    </w:p>
    <w:p w14:paraId="152C589D" w14:textId="77777777" w:rsidR="006F21B1" w:rsidRDefault="0048456A">
      <w:pPr>
        <w:pStyle w:val="Punktlista"/>
      </w:pPr>
      <w:r>
        <w:t>GC-</w:t>
      </w:r>
      <w:proofErr w:type="spellStart"/>
      <w:r>
        <w:t>väg</w:t>
      </w:r>
      <w:proofErr w:type="spellEnd"/>
      <w:r>
        <w:t xml:space="preserve"> Marinan – </w:t>
      </w:r>
      <w:proofErr w:type="spellStart"/>
      <w:r>
        <w:t>Storvägens</w:t>
      </w:r>
      <w:proofErr w:type="spellEnd"/>
      <w:r>
        <w:t xml:space="preserve"> </w:t>
      </w:r>
      <w:proofErr w:type="spellStart"/>
      <w:r>
        <w:t>område</w:t>
      </w:r>
      <w:proofErr w:type="spellEnd"/>
    </w:p>
    <w:p w14:paraId="615046F7" w14:textId="77777777" w:rsidR="006F21B1" w:rsidRDefault="0048456A">
      <w:pPr>
        <w:pStyle w:val="Punktlista"/>
      </w:pPr>
      <w:proofErr w:type="spellStart"/>
      <w:r>
        <w:t>Reservbro</w:t>
      </w:r>
      <w:proofErr w:type="spellEnd"/>
      <w:r>
        <w:t xml:space="preserve"> </w:t>
      </w:r>
      <w:proofErr w:type="spellStart"/>
      <w:r>
        <w:t>Falsterbokanalen</w:t>
      </w:r>
      <w:proofErr w:type="spellEnd"/>
      <w:r>
        <w:t xml:space="preserve"> (</w:t>
      </w:r>
      <w:proofErr w:type="spellStart"/>
      <w:r>
        <w:t>kommunkontakter</w:t>
      </w:r>
      <w:proofErr w:type="spellEnd"/>
      <w:r>
        <w:t>)</w:t>
      </w:r>
    </w:p>
    <w:p w14:paraId="5FBF59F4" w14:textId="77777777" w:rsidR="006F21B1" w:rsidRDefault="0048456A">
      <w:pPr>
        <w:pStyle w:val="Punktlista"/>
      </w:pPr>
      <w:proofErr w:type="spellStart"/>
      <w:r>
        <w:t>Synpunkter</w:t>
      </w:r>
      <w:proofErr w:type="spellEnd"/>
      <w:r>
        <w:t xml:space="preserve"> Västra </w:t>
      </w:r>
      <w:proofErr w:type="spellStart"/>
      <w:r>
        <w:t>kanalplan</w:t>
      </w:r>
      <w:proofErr w:type="spellEnd"/>
    </w:p>
    <w:p w14:paraId="4AEAD8E1" w14:textId="77777777" w:rsidR="006F21B1" w:rsidRDefault="0048456A">
      <w:pPr>
        <w:pStyle w:val="Punktlista"/>
      </w:pPr>
      <w:proofErr w:type="spellStart"/>
      <w:r>
        <w:t>Prisbedömning</w:t>
      </w:r>
      <w:proofErr w:type="spellEnd"/>
      <w:r>
        <w:t xml:space="preserve"> </w:t>
      </w:r>
      <w:proofErr w:type="spellStart"/>
      <w:r>
        <w:t>väg</w:t>
      </w:r>
      <w:proofErr w:type="spellEnd"/>
      <w:r>
        <w:t xml:space="preserve"> till Marinan</w:t>
      </w:r>
    </w:p>
    <w:p w14:paraId="3C98C66D" w14:textId="235BD37B" w:rsidR="00957B36" w:rsidRDefault="00957B36">
      <w:pPr>
        <w:pStyle w:val="Punktlista"/>
      </w:pPr>
      <w:proofErr w:type="spellStart"/>
      <w:r>
        <w:t>Rapportering</w:t>
      </w:r>
      <w:proofErr w:type="spellEnd"/>
      <w:r>
        <w:t xml:space="preserve"> </w:t>
      </w:r>
      <w:proofErr w:type="spellStart"/>
      <w:r>
        <w:t>åtgärder</w:t>
      </w:r>
      <w:proofErr w:type="spellEnd"/>
      <w:r>
        <w:t xml:space="preserve"> till </w:t>
      </w:r>
      <w:proofErr w:type="spellStart"/>
      <w:r>
        <w:t>Vellinge</w:t>
      </w:r>
      <w:proofErr w:type="spellEnd"/>
      <w:r>
        <w:t xml:space="preserve"> </w:t>
      </w:r>
      <w:proofErr w:type="spellStart"/>
      <w:r>
        <w:t>Kommun</w:t>
      </w:r>
      <w:proofErr w:type="spellEnd"/>
    </w:p>
    <w:p w14:paraId="2E8F1784" w14:textId="77777777" w:rsidR="006F21B1" w:rsidRDefault="0048456A">
      <w:proofErr w:type="spellStart"/>
      <w:r>
        <w:rPr>
          <w:b/>
          <w:sz w:val="28"/>
        </w:rPr>
        <w:t>Fastighetsfrågor</w:t>
      </w:r>
      <w:proofErr w:type="spellEnd"/>
    </w:p>
    <w:p w14:paraId="4285EC62" w14:textId="77777777" w:rsidR="006F21B1" w:rsidRDefault="0048456A">
      <w:pPr>
        <w:pStyle w:val="Punktlista"/>
      </w:pPr>
      <w:proofErr w:type="spellStart"/>
      <w:r>
        <w:t>Kontakter</w:t>
      </w:r>
      <w:proofErr w:type="spellEnd"/>
      <w:r>
        <w:t xml:space="preserve"> om </w:t>
      </w:r>
      <w:proofErr w:type="spellStart"/>
      <w:r>
        <w:t>nyttjande</w:t>
      </w:r>
      <w:proofErr w:type="spellEnd"/>
      <w:r>
        <w:t xml:space="preserve"> av </w:t>
      </w:r>
      <w:proofErr w:type="spellStart"/>
      <w:r>
        <w:t>vägmark</w:t>
      </w:r>
      <w:proofErr w:type="spellEnd"/>
    </w:p>
    <w:p w14:paraId="26CA45BE" w14:textId="77777777" w:rsidR="006F21B1" w:rsidRDefault="0048456A">
      <w:pPr>
        <w:pStyle w:val="Punktlista"/>
      </w:pPr>
      <w:proofErr w:type="spellStart"/>
      <w:r>
        <w:lastRenderedPageBreak/>
        <w:t>Rådjursvägen</w:t>
      </w:r>
      <w:proofErr w:type="spellEnd"/>
      <w:r>
        <w:t xml:space="preserve"> 27 </w:t>
      </w:r>
      <w:proofErr w:type="spellStart"/>
      <w:r>
        <w:t>ärenden</w:t>
      </w:r>
      <w:proofErr w:type="spellEnd"/>
    </w:p>
    <w:p w14:paraId="38E25135" w14:textId="77777777" w:rsidR="006F21B1" w:rsidRDefault="0048456A">
      <w:pPr>
        <w:pStyle w:val="Punktlista"/>
      </w:pPr>
      <w:proofErr w:type="spellStart"/>
      <w:r>
        <w:t>Hantering</w:t>
      </w:r>
      <w:proofErr w:type="spellEnd"/>
      <w:r>
        <w:t xml:space="preserve"> </w:t>
      </w:r>
      <w:proofErr w:type="spellStart"/>
      <w:r>
        <w:t>servitutsavtal</w:t>
      </w:r>
      <w:proofErr w:type="spellEnd"/>
    </w:p>
    <w:p w14:paraId="5D522728" w14:textId="77777777" w:rsidR="006F21B1" w:rsidRDefault="0048456A">
      <w:proofErr w:type="spellStart"/>
      <w:r>
        <w:rPr>
          <w:b/>
          <w:sz w:val="28"/>
        </w:rPr>
        <w:t>Övrigt</w:t>
      </w:r>
      <w:proofErr w:type="spellEnd"/>
    </w:p>
    <w:p w14:paraId="33B51F9F" w14:textId="77777777" w:rsidR="006F21B1" w:rsidRDefault="0048456A">
      <w:pPr>
        <w:pStyle w:val="Punktlista"/>
      </w:pPr>
      <w:proofErr w:type="spellStart"/>
      <w:r>
        <w:t>Lekplatsbesiktning</w:t>
      </w:r>
      <w:proofErr w:type="spellEnd"/>
      <w:r>
        <w:t xml:space="preserve"> och </w:t>
      </w:r>
      <w:proofErr w:type="spellStart"/>
      <w:r>
        <w:t>åtgärder</w:t>
      </w:r>
      <w:proofErr w:type="spellEnd"/>
    </w:p>
    <w:p w14:paraId="468AD46D" w14:textId="77777777" w:rsidR="006F21B1" w:rsidRDefault="0048456A">
      <w:pPr>
        <w:pStyle w:val="Punktlista"/>
      </w:pPr>
      <w:proofErr w:type="spellStart"/>
      <w:r>
        <w:t>Skadegörelse</w:t>
      </w:r>
      <w:proofErr w:type="spellEnd"/>
      <w:r>
        <w:t xml:space="preserve"> </w:t>
      </w:r>
      <w:proofErr w:type="spellStart"/>
      <w:r>
        <w:t>skyltar</w:t>
      </w:r>
      <w:proofErr w:type="spellEnd"/>
      <w:r>
        <w:t xml:space="preserve"> </w:t>
      </w:r>
      <w:proofErr w:type="spellStart"/>
      <w:r>
        <w:t>åtgärdad</w:t>
      </w:r>
      <w:proofErr w:type="spellEnd"/>
    </w:p>
    <w:p w14:paraId="5704463E" w14:textId="77777777" w:rsidR="006F21B1" w:rsidRDefault="0048456A">
      <w:pPr>
        <w:pStyle w:val="Punktlista"/>
      </w:pPr>
      <w:proofErr w:type="spellStart"/>
      <w:r>
        <w:t>Spänger</w:t>
      </w:r>
      <w:proofErr w:type="spellEnd"/>
      <w:r>
        <w:t xml:space="preserve"> strand </w:t>
      </w:r>
      <w:proofErr w:type="spellStart"/>
      <w:r>
        <w:t>underhåll</w:t>
      </w:r>
      <w:proofErr w:type="spellEnd"/>
    </w:p>
    <w:p w14:paraId="5A07A0E6" w14:textId="77777777" w:rsidR="006F21B1" w:rsidRDefault="0048456A">
      <w:pPr>
        <w:pStyle w:val="Punktlista"/>
      </w:pPr>
      <w:proofErr w:type="spellStart"/>
      <w:r>
        <w:t>Avtal</w:t>
      </w:r>
      <w:proofErr w:type="spellEnd"/>
      <w:r>
        <w:t xml:space="preserve"> </w:t>
      </w:r>
      <w:proofErr w:type="spellStart"/>
      <w:r>
        <w:t>Ljungenhjälpen</w:t>
      </w:r>
      <w:proofErr w:type="spellEnd"/>
      <w:r>
        <w:t xml:space="preserve"> </w:t>
      </w:r>
      <w:proofErr w:type="spellStart"/>
      <w:r>
        <w:t>förlängt</w:t>
      </w:r>
      <w:proofErr w:type="spellEnd"/>
    </w:p>
    <w:p w14:paraId="71B4725D" w14:textId="77777777" w:rsidR="006F21B1" w:rsidRDefault="0048456A">
      <w:pPr>
        <w:pStyle w:val="Punktlista"/>
      </w:pPr>
      <w:proofErr w:type="spellStart"/>
      <w:r>
        <w:t>Vägavgifter</w:t>
      </w:r>
      <w:proofErr w:type="spellEnd"/>
      <w:r>
        <w:t xml:space="preserve"> </w:t>
      </w:r>
      <w:proofErr w:type="spellStart"/>
      <w:r>
        <w:t>administrerade</w:t>
      </w:r>
      <w:proofErr w:type="spellEnd"/>
    </w:p>
    <w:p w14:paraId="32945FAF" w14:textId="77777777" w:rsidR="006F21B1" w:rsidRDefault="006F21B1"/>
    <w:p w14:paraId="012786D5" w14:textId="204F4F01" w:rsidR="006F21B1" w:rsidRDefault="0048456A">
      <w:proofErr w:type="spellStart"/>
      <w:r>
        <w:t>Ljunghusen</w:t>
      </w:r>
      <w:proofErr w:type="spellEnd"/>
      <w:r>
        <w:t>, 2026-0</w:t>
      </w:r>
      <w:r w:rsidR="00915243">
        <w:t>5</w:t>
      </w:r>
      <w:r>
        <w:t>-</w:t>
      </w:r>
      <w:r w:rsidR="00915243">
        <w:t>2</w:t>
      </w:r>
      <w:r>
        <w:t>0</w:t>
      </w:r>
      <w:r>
        <w:br/>
      </w:r>
    </w:p>
    <w:p w14:paraId="646C4D14" w14:textId="77777777" w:rsidR="00945025" w:rsidRDefault="00945025">
      <w:proofErr w:type="spellStart"/>
      <w:r>
        <w:t>Styrelsen</w:t>
      </w:r>
      <w:proofErr w:type="spellEnd"/>
    </w:p>
    <w:sectPr w:rsidR="009450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7504465">
    <w:abstractNumId w:val="8"/>
  </w:num>
  <w:num w:numId="2" w16cid:durableId="962541701">
    <w:abstractNumId w:val="6"/>
  </w:num>
  <w:num w:numId="3" w16cid:durableId="1273435636">
    <w:abstractNumId w:val="5"/>
  </w:num>
  <w:num w:numId="4" w16cid:durableId="1061096933">
    <w:abstractNumId w:val="4"/>
  </w:num>
  <w:num w:numId="5" w16cid:durableId="411392870">
    <w:abstractNumId w:val="7"/>
  </w:num>
  <w:num w:numId="6" w16cid:durableId="915549019">
    <w:abstractNumId w:val="3"/>
  </w:num>
  <w:num w:numId="7" w16cid:durableId="1355109912">
    <w:abstractNumId w:val="2"/>
  </w:num>
  <w:num w:numId="8" w16cid:durableId="2042319894">
    <w:abstractNumId w:val="1"/>
  </w:num>
  <w:num w:numId="9" w16cid:durableId="128210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D3E"/>
    <w:rsid w:val="0015074B"/>
    <w:rsid w:val="0029639D"/>
    <w:rsid w:val="00326F90"/>
    <w:rsid w:val="0048456A"/>
    <w:rsid w:val="00675A88"/>
    <w:rsid w:val="006F21B1"/>
    <w:rsid w:val="006F46E5"/>
    <w:rsid w:val="00720B7D"/>
    <w:rsid w:val="00915243"/>
    <w:rsid w:val="00945025"/>
    <w:rsid w:val="00957B36"/>
    <w:rsid w:val="00AA1D8D"/>
    <w:rsid w:val="00B47730"/>
    <w:rsid w:val="00BE040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2F9DF"/>
  <w14:defaultImageDpi w14:val="300"/>
  <w15:docId w15:val="{31715351-4D5C-9648-B124-279B3A60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207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Thorsell, Henrik</cp:lastModifiedBy>
  <cp:revision>5</cp:revision>
  <cp:lastPrinted>2026-05-06T12:26:00Z</cp:lastPrinted>
  <dcterms:created xsi:type="dcterms:W3CDTF">2013-12-23T23:15:00Z</dcterms:created>
  <dcterms:modified xsi:type="dcterms:W3CDTF">2026-05-06T18:49:00Z</dcterms:modified>
  <cp:category/>
</cp:coreProperties>
</file>